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lang w:val="ru-RU"/>
        </w:rPr>
      </w:pPr>
      <w:r>
        <w:rPr>
          <w:b/>
          <w:lang w:val="ru-RU"/>
        </w:rPr>
        <w:t>ШАБЛОН РУКОПИСИ</w:t>
      </w:r>
    </w:p>
    <w:p>
      <w:pPr>
        <w:pStyle w:val="Normal"/>
        <w:ind w:hanging="0"/>
        <w:jc w:val="center"/>
        <w:rPr>
          <w:lang w:val="ru-RU"/>
        </w:rPr>
      </w:pPr>
      <w:r>
        <w:rPr>
          <w:i/>
          <w:lang w:val="ru-RU"/>
        </w:rPr>
        <w:t>для журнала «Экономические системы и управление»</w:t>
      </w:r>
    </w:p>
    <w:p>
      <w:pPr>
        <w:pStyle w:val="Normal"/>
        <w:ind w:hanging="0"/>
        <w:jc w:val="center"/>
        <w:rPr>
          <w:lang w:val="ru-RU"/>
        </w:rPr>
      </w:pPr>
      <w:r>
        <w:rPr>
          <w:i/>
          <w:sz w:val="22"/>
          <w:lang w:val="ru-RU"/>
        </w:rPr>
        <w:t>Перед подачей удалите все пояснения в квадратных скобках и заполните поля шаблона.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</w:r>
    </w:p>
    <w:tbl>
      <w:tblPr>
        <w:tblStyle w:val="aff0"/>
        <w:tblW w:w="99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1"/>
        <w:gridCol w:w="4980"/>
      </w:tblGrid>
      <w:tr>
        <w:trPr/>
        <w:tc>
          <w:tcPr>
            <w:tcW w:w="4981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b/>
                <w:kern w:val="0"/>
                <w:sz w:val="22"/>
                <w:szCs w:val="22"/>
                <w:lang w:val="ru-RU" w:eastAsia="en-US" w:bidi="ar-SA"/>
              </w:rPr>
              <w:t>Тип рукописи</w:t>
            </w:r>
          </w:p>
        </w:tc>
        <w:tc>
          <w:tcPr>
            <w:tcW w:w="498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kern w:val="0"/>
                <w:sz w:val="22"/>
                <w:szCs w:val="22"/>
                <w:lang w:val="ru-RU" w:eastAsia="en-US" w:bidi="ar-SA"/>
              </w:rPr>
              <w:t>[Научная статья / Обзорная статья / Рецензия]</w:t>
            </w:r>
          </w:p>
        </w:tc>
      </w:tr>
      <w:tr>
        <w:trPr/>
        <w:tc>
          <w:tcPr>
            <w:tcW w:w="4981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b/>
                <w:kern w:val="0"/>
                <w:sz w:val="22"/>
                <w:szCs w:val="22"/>
                <w:lang w:val="ru-RU" w:eastAsia="en-US" w:bidi="ar-SA"/>
              </w:rPr>
              <w:t>Область исследований</w:t>
            </w:r>
          </w:p>
        </w:tc>
        <w:tc>
          <w:tcPr>
            <w:tcW w:w="498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kern w:val="0"/>
                <w:sz w:val="22"/>
                <w:szCs w:val="22"/>
                <w:lang w:val="ru-RU" w:eastAsia="en-US" w:bidi="ar-SA"/>
              </w:rPr>
              <w:t>[Укажите одну специальность: 5.2.1; 5.2.2; 5.2.3; 5.2.4; 5.2.5; 5.2.6; 5.2.7; 5.5.3]</w:t>
            </w:r>
          </w:p>
        </w:tc>
      </w:tr>
      <w:tr>
        <w:trPr/>
        <w:tc>
          <w:tcPr>
            <w:tcW w:w="4981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b/>
                <w:kern w:val="0"/>
                <w:sz w:val="22"/>
                <w:szCs w:val="22"/>
                <w:lang w:val="ru-RU" w:eastAsia="en-US" w:bidi="ar-SA"/>
              </w:rPr>
              <w:t>УДК</w:t>
            </w:r>
          </w:p>
        </w:tc>
        <w:tc>
          <w:tcPr>
            <w:tcW w:w="498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kern w:val="0"/>
                <w:sz w:val="22"/>
                <w:szCs w:val="22"/>
                <w:lang w:val="ru-RU" w:eastAsia="en-US" w:bidi="ar-SA"/>
              </w:rPr>
              <w:t>[Индекс УДК]</w:t>
            </w:r>
          </w:p>
        </w:tc>
      </w:tr>
      <w:tr>
        <w:trPr/>
        <w:tc>
          <w:tcPr>
            <w:tcW w:w="4981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b/>
                <w:kern w:val="0"/>
                <w:sz w:val="22"/>
                <w:szCs w:val="22"/>
                <w:lang w:val="ru-RU" w:eastAsia="en-US" w:bidi="ar-SA"/>
              </w:rPr>
              <w:t>JEL</w:t>
            </w:r>
          </w:p>
        </w:tc>
        <w:tc>
          <w:tcPr>
            <w:tcW w:w="498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kern w:val="0"/>
                <w:sz w:val="22"/>
                <w:szCs w:val="22"/>
                <w:lang w:val="ru-RU" w:eastAsia="en-US" w:bidi="ar-SA"/>
              </w:rPr>
              <w:t>[От 3 до 6 кодов JEL, например: O33, M15, P17]</w:t>
            </w:r>
          </w:p>
        </w:tc>
      </w:tr>
    </w:tbl>
    <w:p>
      <w:pPr>
        <w:pStyle w:val="Normal"/>
        <w:ind w:hanging="0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b/>
          <w:lang w:val="ru-RU"/>
        </w:rPr>
        <w:t>[НАЗВАНИЕ СТАТЬИ: НЕ БОЛЕЕ 10 СЛОВ]</w:t>
      </w:r>
    </w:p>
    <w:p>
      <w:pPr>
        <w:pStyle w:val="Normal"/>
        <w:ind w:hanging="0"/>
        <w:jc w:val="center"/>
        <w:rPr>
          <w:lang w:val="ru-RU"/>
        </w:rPr>
      </w:pPr>
      <w:r>
        <w:rPr>
          <w:b/>
          <w:lang w:val="ru-RU"/>
        </w:rPr>
        <w:t>[И.О. Фамилия автора]</w:t>
      </w:r>
    </w:p>
    <w:p>
      <w:pPr>
        <w:pStyle w:val="Normal"/>
        <w:ind w:hanging="0"/>
        <w:jc w:val="center"/>
        <w:rPr>
          <w:lang w:val="ru-RU"/>
        </w:rPr>
      </w:pPr>
      <w:r>
        <w:rPr>
          <w:lang w:val="ru-RU"/>
        </w:rPr>
        <w:t>[Полное официальное наименование организации, город, страна]</w:t>
      </w:r>
    </w:p>
    <w:p>
      <w:pPr>
        <w:pStyle w:val="Normal"/>
        <w:ind w:hanging="0"/>
        <w:jc w:val="center"/>
        <w:rPr>
          <w:lang w:val="ru-RU"/>
        </w:rPr>
      </w:pPr>
      <w:r>
        <w:rPr>
          <w:lang w:val="ru-RU"/>
        </w:rPr>
        <w:t>[Учёная степень, учёное звание, должность — при наличии]</w:t>
      </w:r>
    </w:p>
    <w:p>
      <w:pPr>
        <w:pStyle w:val="Normal"/>
        <w:ind w:hanging="0"/>
        <w:jc w:val="center"/>
        <w:rPr>
          <w:lang w:val="ru-RU"/>
        </w:rPr>
      </w:pPr>
      <w:r>
        <w:rPr>
          <w:lang w:val="ru-RU"/>
        </w:rPr>
        <w:t>[Электронная почта автора для переписки]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rPr>
          <w:lang w:val="ru-RU"/>
        </w:rPr>
      </w:pPr>
      <w:r>
        <w:rPr>
          <w:b/>
          <w:lang w:val="ru-RU"/>
        </w:rPr>
        <w:t>Аннотация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  <w:t>[200–300 слов. Отразите актуальность проблемы, цель, задачи, методику, основные результаты, практическую значимость и перспективы исследования. Аннотация должна быть самостоятельным, логически связным текстом и не содержать сведений, отсутствующих в статье.]</w:t>
      </w:r>
    </w:p>
    <w:p>
      <w:pPr>
        <w:pStyle w:val="Normal"/>
        <w:ind w:hanging="0"/>
        <w:rPr>
          <w:lang w:val="ru-RU"/>
        </w:rPr>
      </w:pPr>
      <w:r>
        <w:rPr>
          <w:b/>
          <w:lang w:val="ru-RU"/>
        </w:rPr>
        <w:t>Ключевые слова:</w:t>
      </w:r>
      <w:r>
        <w:rPr>
          <w:lang w:val="ru-RU"/>
        </w:rPr>
        <w:t xml:space="preserve"> [5–10 слов или словосочетаний в алфавитном порядке.]</w:t>
      </w:r>
    </w:p>
    <w:p>
      <w:pPr>
        <w:pStyle w:val="Normal"/>
        <w:ind w:hanging="0"/>
        <w:rPr/>
      </w:pPr>
      <w:r>
        <w:rPr/>
      </w:r>
    </w:p>
    <w:p>
      <w:pPr>
        <w:pStyle w:val="Normal"/>
        <w:ind w:hanging="0"/>
        <w:jc w:val="center"/>
        <w:rPr/>
      </w:pPr>
      <w:r>
        <w:rPr>
          <w:b/>
        </w:rPr>
        <w:t>[TITLE OF THE ARTICLE IN ENGLISH]</w:t>
      </w:r>
    </w:p>
    <w:p>
      <w:pPr>
        <w:pStyle w:val="Normal"/>
        <w:ind w:hanging="0"/>
        <w:jc w:val="center"/>
        <w:rPr/>
      </w:pPr>
      <w:r>
        <w:rPr>
          <w:b/>
        </w:rPr>
        <w:t>[Author’s full name in English]</w:t>
      </w:r>
    </w:p>
    <w:p>
      <w:pPr>
        <w:pStyle w:val="Normal"/>
        <w:ind w:hanging="0"/>
        <w:jc w:val="center"/>
        <w:rPr/>
      </w:pPr>
      <w:r>
        <w:rPr/>
        <w:t>[Official name of institution, city, country]</w:t>
      </w:r>
    </w:p>
    <w:p>
      <w:pPr>
        <w:pStyle w:val="Normal"/>
        <w:ind w:hanging="0"/>
        <w:jc w:val="center"/>
        <w:rPr/>
      </w:pPr>
      <w:r>
        <w:rPr/>
        <w:t>[Academic degree, academic title, position — if applicable]</w:t>
      </w:r>
    </w:p>
    <w:p>
      <w:pPr>
        <w:pStyle w:val="Normal"/>
        <w:ind w:hanging="0"/>
        <w:jc w:val="center"/>
        <w:rPr/>
      </w:pPr>
      <w:r>
        <w:rPr/>
        <w:t>[Corresponding author’s e-mail]</w:t>
      </w:r>
    </w:p>
    <w:p>
      <w:pPr>
        <w:pStyle w:val="Normal"/>
        <w:ind w:hanging="0"/>
        <w:rPr/>
      </w:pPr>
      <w:r>
        <w:rPr/>
      </w:r>
    </w:p>
    <w:p>
      <w:pPr>
        <w:pStyle w:val="Normal"/>
        <w:ind w:hanging="0"/>
        <w:rPr/>
      </w:pPr>
      <w:r>
        <w:rPr>
          <w:b/>
        </w:rPr>
        <w:t>Abstract</w:t>
      </w:r>
    </w:p>
    <w:p>
      <w:pPr>
        <w:pStyle w:val="Normal"/>
        <w:ind w:hanging="0"/>
        <w:rPr/>
      </w:pPr>
      <w:r>
        <w:rPr/>
        <w:t>[200–300 words. Provide an accurate academic translation of the Russian abstract. Machine translation is not permitted.]</w:t>
      </w:r>
    </w:p>
    <w:p>
      <w:pPr>
        <w:pStyle w:val="Normal"/>
        <w:ind w:hanging="0"/>
        <w:rPr/>
      </w:pPr>
      <w:r>
        <w:rPr>
          <w:b/>
        </w:rPr>
        <w:t>Keywords:</w:t>
      </w:r>
      <w:r>
        <w:rPr/>
        <w:t xml:space="preserve"> [5–10 keywords or phrases in alphabetical order.]</w:t>
      </w:r>
    </w:p>
    <w:p>
      <w:pPr>
        <w:pStyle w:val="Normal"/>
        <w:ind w:hanging="0"/>
        <w:rPr/>
      </w:pPr>
      <w:r>
        <w:rPr/>
      </w:r>
    </w:p>
    <w:p>
      <w:pPr>
        <w:pStyle w:val="Normal"/>
        <w:ind w:hanging="0"/>
        <w:rPr>
          <w:lang w:val="ru-RU"/>
        </w:rPr>
      </w:pPr>
      <w:r>
        <w:rPr>
          <w:b/>
          <w:lang w:val="ru-RU"/>
        </w:rPr>
        <w:t>Введение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  <w:t>[Обоснуйте актуальность проблемы; критически проанализируйте состояние научного знания; сформулируйте цель, задачи и объект исследования. Ссылки на источники приводите по мере упоминания: [1].]</w:t>
      </w:r>
    </w:p>
    <w:p>
      <w:pPr>
        <w:pStyle w:val="Normal"/>
        <w:ind w:hanging="0"/>
        <w:rPr>
          <w:lang w:val="ru-RU"/>
        </w:rPr>
      </w:pPr>
      <w:r>
        <w:rPr>
          <w:b/>
          <w:lang w:val="ru-RU"/>
        </w:rPr>
        <w:t>Материалы и методы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  <w:t>[Опишите методологический аппарат, источники и способы сбора/анализа данных, применённые количественные и качественные методы, а также методологические ограничения. Для стандартных методов приведите ключевые ссылки; новый авторский метод раскройте подробно.]</w:t>
      </w:r>
    </w:p>
    <w:p>
      <w:pPr>
        <w:pStyle w:val="Normal"/>
        <w:ind w:hanging="0"/>
        <w:rPr>
          <w:lang w:val="ru-RU"/>
        </w:rPr>
      </w:pPr>
      <w:r>
        <w:rPr>
          <w:b/>
          <w:lang w:val="ru-RU"/>
        </w:rPr>
        <w:t>Результаты и их обсуждение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  <w:t>[Представьте теоретические и/или эмпирические результаты по поставленным вопросам. Выявляйте закономерности, а не пересказывайте таблицы и рисунки. Интерпретируйте результаты и сопоставляйте их с предшествующими исследованиями.]</w:t>
      </w:r>
    </w:p>
    <w:p>
      <w:pPr>
        <w:pStyle w:val="Normal"/>
        <w:ind w:hanging="0"/>
        <w:rPr>
          <w:lang w:val="ru-RU"/>
        </w:rPr>
      </w:pPr>
      <w:r>
        <w:rPr>
          <w:b/>
          <w:lang w:val="ru-RU"/>
        </w:rPr>
        <w:t>Заключение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  <w:t>[Соотнесите результаты с целью и задачами. Укажите практическое применение результатов и направления дальнейших исследований.]</w:t>
      </w:r>
    </w:p>
    <w:p>
      <w:pPr>
        <w:pStyle w:val="Normal"/>
        <w:ind w:hanging="0"/>
        <w:rPr>
          <w:lang w:val="ru-RU"/>
        </w:rPr>
      </w:pPr>
      <w:r>
        <w:rPr>
          <w:b/>
          <w:lang w:val="ru-RU"/>
        </w:rPr>
        <w:t>Пример таблицы</w:t>
      </w:r>
    </w:p>
    <w:p>
      <w:pPr>
        <w:pStyle w:val="Normal"/>
        <w:ind w:hanging="0"/>
        <w:jc w:val="center"/>
        <w:rPr>
          <w:lang w:val="ru-RU"/>
        </w:rPr>
      </w:pPr>
      <w:r>
        <w:rPr>
          <w:b/>
          <w:sz w:val="24"/>
          <w:lang w:val="ru-RU"/>
        </w:rPr>
        <w:t>Таблица 1 — [Название таблицы на русском языке]</w:t>
      </w:r>
    </w:p>
    <w:p>
      <w:pPr>
        <w:pStyle w:val="Normal"/>
        <w:ind w:hanging="0"/>
        <w:jc w:val="center"/>
        <w:rPr/>
      </w:pPr>
      <w:r>
        <w:rPr>
          <w:b/>
          <w:sz w:val="24"/>
        </w:rPr>
        <w:t>Table 1 — [Table title in English]</w:t>
      </w:r>
    </w:p>
    <w:tbl>
      <w:tblPr>
        <w:tblStyle w:val="aff0"/>
        <w:tblW w:w="996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21"/>
        <w:gridCol w:w="3320"/>
        <w:gridCol w:w="3321"/>
      </w:tblGrid>
      <w:tr>
        <w:trPr/>
        <w:tc>
          <w:tcPr>
            <w:tcW w:w="3321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0"/>
                <w:szCs w:val="22"/>
                <w:lang w:val="ru-RU" w:eastAsia="en-US" w:bidi="ar-SA"/>
              </w:rPr>
              <w:t xml:space="preserve">Показатель </w:t>
            </w:r>
            <w:r>
              <w:rPr>
                <w:rFonts w:cs=""/>
                <w:b/>
                <w:kern w:val="0"/>
                <w:sz w:val="20"/>
                <w:szCs w:val="22"/>
                <w:lang w:val="en-US" w:eastAsia="en-US" w:bidi="ar-SA"/>
              </w:rPr>
              <w:t>/ Indicator</w:t>
            </w:r>
          </w:p>
        </w:tc>
        <w:tc>
          <w:tcPr>
            <w:tcW w:w="3320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0"/>
                <w:szCs w:val="22"/>
                <w:lang w:val="ru-RU" w:eastAsia="en-US" w:bidi="ar-SA"/>
              </w:rPr>
              <w:t xml:space="preserve">Период </w:t>
            </w:r>
            <w:r>
              <w:rPr>
                <w:rFonts w:cs=""/>
                <w:b/>
                <w:kern w:val="0"/>
                <w:sz w:val="20"/>
                <w:szCs w:val="22"/>
                <w:lang w:val="en-US" w:eastAsia="en-US" w:bidi="ar-SA"/>
              </w:rPr>
              <w:t>/ Period</w:t>
            </w:r>
          </w:p>
        </w:tc>
        <w:tc>
          <w:tcPr>
            <w:tcW w:w="3321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0"/>
                <w:szCs w:val="22"/>
                <w:lang w:val="ru-RU" w:eastAsia="en-US" w:bidi="ar-SA"/>
              </w:rPr>
              <w:t>Значение</w:t>
            </w:r>
            <w:r>
              <w:rPr>
                <w:rFonts w:cs=""/>
                <w:b/>
                <w:kern w:val="0"/>
                <w:sz w:val="20"/>
                <w:szCs w:val="22"/>
                <w:lang w:val="en-US" w:eastAsia="en-US" w:bidi="ar-SA"/>
              </w:rPr>
              <w:t xml:space="preserve"> / Value</w:t>
            </w:r>
          </w:p>
        </w:tc>
      </w:tr>
      <w:tr>
        <w:trPr/>
        <w:tc>
          <w:tcPr>
            <w:tcW w:w="33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ru-RU" w:eastAsia="en-US" w:bidi="ar-SA"/>
              </w:rPr>
              <w:t>[данные]</w:t>
            </w:r>
          </w:p>
        </w:tc>
        <w:tc>
          <w:tcPr>
            <w:tcW w:w="332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ru-RU" w:eastAsia="en-US" w:bidi="ar-SA"/>
              </w:rPr>
              <w:t>[данные]</w:t>
            </w:r>
          </w:p>
        </w:tc>
        <w:tc>
          <w:tcPr>
            <w:tcW w:w="33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ru-RU" w:eastAsia="en-US" w:bidi="ar-SA"/>
              </w:rPr>
              <w:t>[данные]</w:t>
            </w:r>
          </w:p>
        </w:tc>
      </w:tr>
      <w:tr>
        <w:trPr/>
        <w:tc>
          <w:tcPr>
            <w:tcW w:w="33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ru-RU" w:eastAsia="en-US" w:bidi="ar-SA"/>
              </w:rPr>
              <w:t>[данные]</w:t>
            </w:r>
          </w:p>
        </w:tc>
        <w:tc>
          <w:tcPr>
            <w:tcW w:w="332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ru-RU" w:eastAsia="en-US" w:bidi="ar-SA"/>
              </w:rPr>
              <w:t>[данные]</w:t>
            </w:r>
          </w:p>
        </w:tc>
        <w:tc>
          <w:tcPr>
            <w:tcW w:w="33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cs=""/>
                <w:kern w:val="0"/>
                <w:sz w:val="20"/>
                <w:szCs w:val="22"/>
                <w:lang w:val="ru-RU" w:eastAsia="en-US" w:bidi="ar-SA"/>
              </w:rPr>
              <w:t>[данные]</w:t>
            </w:r>
          </w:p>
        </w:tc>
      </w:tr>
    </w:tbl>
    <w:p>
      <w:pPr>
        <w:pStyle w:val="Normal"/>
        <w:ind w:hanging="0"/>
        <w:rPr>
          <w:lang w:val="ru-RU"/>
        </w:rPr>
      </w:pPr>
      <w:r>
        <w:rPr>
          <w:i/>
          <w:sz w:val="20"/>
          <w:lang w:val="ru-RU"/>
        </w:rPr>
        <w:t>Источник: [укажите источник либо «составлено автором».]</w:t>
      </w:r>
    </w:p>
    <w:p>
      <w:pPr>
        <w:pStyle w:val="Normal"/>
        <w:ind w:hanging="0"/>
        <w:rPr/>
      </w:pPr>
      <w:r>
        <w:rPr>
          <w:i/>
          <w:sz w:val="20"/>
        </w:rPr>
        <w:t>Source: [specify source or “compiled by the author”.]</w:t>
      </w:r>
    </w:p>
    <w:p>
      <w:pPr>
        <w:pStyle w:val="Normal"/>
        <w:ind w:hanging="0"/>
        <w:rPr/>
      </w:pPr>
      <w:r>
        <w:rPr/>
      </w:r>
    </w:p>
    <w:p>
      <w:pPr>
        <w:pStyle w:val="Normal"/>
        <w:ind w:hanging="0"/>
        <w:rPr>
          <w:lang w:val="ru-RU"/>
        </w:rPr>
      </w:pPr>
      <w:r>
        <w:rPr>
          <w:b/>
          <w:lang w:val="ru-RU"/>
        </w:rPr>
        <w:t>Пример рисунка</w:t>
      </w:r>
    </w:p>
    <w:p>
      <w:pPr>
        <w:pStyle w:val="Normal"/>
        <w:ind w:hanging="0"/>
        <w:jc w:val="center"/>
        <w:rPr>
          <w:lang w:val="ru-RU"/>
        </w:rPr>
      </w:pPr>
      <w:r>
        <w:rPr>
          <w:b/>
          <w:sz w:val="24"/>
          <w:lang w:val="ru-RU"/>
        </w:rPr>
        <w:t>Рисунок 1 — [Название рисунка на русском языке]</w:t>
      </w:r>
    </w:p>
    <w:p>
      <w:pPr>
        <w:pStyle w:val="Normal"/>
        <w:ind w:hanging="0"/>
        <w:jc w:val="center"/>
        <w:rPr/>
      </w:pPr>
      <w:r>
        <w:rPr>
          <w:b/>
          <w:sz w:val="24"/>
        </w:rPr>
        <w:t>Figure 1 — [Figure title in English]</w:t>
      </w:r>
    </w:p>
    <w:p>
      <w:pPr>
        <w:pStyle w:val="Normal"/>
        <w:ind w:hanging="0"/>
        <w:jc w:val="center"/>
        <w:rPr>
          <w:lang w:val="ru-RU"/>
        </w:rPr>
      </w:pPr>
      <w:r>
        <w:rPr>
          <w:i/>
          <w:sz w:val="22"/>
          <w:lang w:val="ru-RU"/>
        </w:rPr>
        <w:t>[Вставьте редактируемый рисунок, выполненный в едином стиле. В тексте статьи должна быть ссылка на рисунок.]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rPr>
          <w:lang w:val="ru-RU"/>
        </w:rPr>
      </w:pPr>
      <w:r>
        <w:rPr>
          <w:b/>
          <w:lang w:val="ru-RU"/>
        </w:rPr>
        <w:t>Вклад авторов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  <w:t>[Раздел обязателен при соавторстве. Укажите фактический вклад каждого соавтора: концепция; методология; сбор и обработка данных; подготовка первоначального текста; визуализация; редактирование.]</w:t>
      </w:r>
    </w:p>
    <w:p>
      <w:pPr>
        <w:pStyle w:val="Normal"/>
        <w:ind w:hanging="0"/>
        <w:rPr>
          <w:lang w:val="ru-RU"/>
        </w:rPr>
      </w:pPr>
      <w:r>
        <w:rPr>
          <w:b/>
          <w:lang w:val="ru-RU"/>
        </w:rPr>
        <w:t>Конфликт интересов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  <w:t>Автор заявляет об отсутствии конфликта интересов.</w:t>
      </w:r>
    </w:p>
    <w:p>
      <w:pPr>
        <w:pStyle w:val="Normal"/>
        <w:ind w:hanging="0"/>
        <w:rPr>
          <w:lang w:val="ru-RU"/>
        </w:rPr>
      </w:pPr>
      <w:r>
        <w:rPr>
          <w:b/>
          <w:lang w:val="ru-RU"/>
        </w:rPr>
        <w:t>Благодарности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  <w:t>[Необязательный раздел. Укажите помощь организаций и лиц, а также финансирование: гранты, стипендии, договоры, контракты.]</w:t>
      </w:r>
    </w:p>
    <w:p>
      <w:pPr>
        <w:pStyle w:val="Normal"/>
        <w:ind w:hanging="0"/>
        <w:rPr>
          <w:lang w:val="ru-RU"/>
        </w:rPr>
      </w:pPr>
      <w:r>
        <w:rPr>
          <w:b/>
          <w:lang w:val="ru-RU"/>
        </w:rPr>
        <w:t>Библиография</w:t>
      </w:r>
    </w:p>
    <w:p>
      <w:pPr>
        <w:pStyle w:val="Normal"/>
        <w:ind w:hanging="0"/>
        <w:rPr/>
      </w:pPr>
      <w:r>
        <w:rPr>
          <w:lang w:val="ru-RU"/>
        </w:rPr>
        <w:t>[Не менее 15 источников, расположенных строго по порядку первого упоминания в тексте. Указывайте DOI и EDN при наличии. Не менее 5 источников должны быть индексированы в</w:t>
      </w:r>
      <w:r>
        <w:rPr/>
        <w:t xml:space="preserve"> Web of Science </w:t>
      </w:r>
      <w:r>
        <w:rPr>
          <w:lang w:val="ru-RU"/>
        </w:rPr>
        <w:t>и/или Scopus. Рекомендуемый возраст источников — не более 5 лет. Каждая ссылка в тексте оформляется отдельно: [1], затем [2]; диапазоны вида [1–5] не допускаются.]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  <w:t>1. [Автор(ы). Название статьи // Название журнала. Год. Т. __. № __. С. __–__. DOI: __. EDN: __.]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  <w:t>2. [Автор(ы). Название книги. Город: Издательство, год. __ с. DOI: __. EDN: __.]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  <w:t>3. [Добавьте источник по образцу.]</w:t>
      </w:r>
    </w:p>
    <w:p>
      <w:pPr>
        <w:pStyle w:val="Normal"/>
        <w:ind w:hanging="0"/>
        <w:rPr>
          <w:lang w:val="ru-RU"/>
        </w:rPr>
      </w:pPr>
      <w:r>
        <w:rPr>
          <w:b/>
          <w:lang w:val="ru-RU"/>
        </w:rPr>
        <w:t>References</w:t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  <w:t>[Нумерация должна полностью соответствовать разделу «Библиография». Приведите англоязычные библиографические сведения либо транслитерацию с переводом названия в квадратных скобках. Машинный перевод не допускается.]</w:t>
      </w:r>
    </w:p>
    <w:p>
      <w:pPr>
        <w:pStyle w:val="Normal"/>
        <w:ind w:hanging="0"/>
        <w:rPr/>
      </w:pPr>
      <w:r>
        <w:rPr/>
        <w:t>1. [Author(s). Title of article // Journal title. Year. Vol. __. No. __. Pp. __–__. DOI: __. EDN: __.]</w:t>
      </w:r>
    </w:p>
    <w:p>
      <w:pPr>
        <w:pStyle w:val="Normal"/>
        <w:ind w:hanging="0"/>
        <w:rPr/>
      </w:pPr>
      <w:r>
        <w:rPr/>
        <w:t>2. [Author(s). Book title [English translation of title]. City: Publisher, year. __ p. (In Russ.). DOI: __. EDN: __.]</w:t>
      </w:r>
    </w:p>
    <w:p>
      <w:pPr>
        <w:pStyle w:val="Normal"/>
        <w:ind w:hanging="0"/>
        <w:rPr/>
      </w:pPr>
      <w:r>
        <w:rPr/>
        <w:t>3. [Add reference following the required style.]</w:t>
      </w:r>
    </w:p>
    <w:sectPr>
      <w:footerReference w:type="even" r:id="rId2"/>
      <w:footerReference w:type="default" r:id="rId3"/>
      <w:footerReference w:type="first" r:id="rId4"/>
      <w:type w:val="nextPage"/>
      <w:pgSz w:w="12240" w:h="15840"/>
      <w:pgMar w:left="1134" w:right="1134" w:gutter="0" w:header="0" w:top="1134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64" w:before="0" w:after="0"/>
      <w:ind w:firstLine="283"/>
      <w:jc w:val="left"/>
    </w:pPr>
    <w:rPr>
      <w:rFonts w:ascii="Times New Roman" w:hAnsi="Times New Roman" w:eastAsia="Times New Roman" w:cs="" w:cstheme="minorBidi"/>
      <w:color w:val="auto"/>
      <w:kern w:val="0"/>
      <w:sz w:val="28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uiPriority w:val="99"/>
    <w:qFormat/>
    <w:rsid w:val="00e618bf"/>
    <w:rPr/>
  </w:style>
  <w:style w:type="character" w:styleId="Style6" w:customStyle="1">
    <w:name w:val="Нижний колонтитул Знак"/>
    <w:basedOn w:val="DefaultParagraphFont"/>
    <w:uiPriority w:val="99"/>
    <w:qFormat/>
    <w:rsid w:val="00e618bf"/>
    <w:rPr/>
  </w:style>
  <w:style w:type="character" w:styleId="1" w:customStyle="1">
    <w:name w:val="Заголовок 1 Знак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2" w:customStyle="1">
    <w:name w:val="Заголовок 2 Знак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3" w:customStyle="1">
    <w:name w:val="Заголовок 3 Знак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Style7" w:customStyle="1">
    <w:name w:val="Заголовок Знак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tyle8" w:customStyle="1">
    <w:name w:val="Подзаголовок Знак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Style9" w:customStyle="1">
    <w:name w:val="Основной текст Знак"/>
    <w:basedOn w:val="DefaultParagraphFont"/>
    <w:uiPriority w:val="99"/>
    <w:qFormat/>
    <w:rsid w:val="00aa1d8d"/>
    <w:rPr/>
  </w:style>
  <w:style w:type="character" w:styleId="21" w:customStyle="1">
    <w:name w:val="Основной текст 2 Знак"/>
    <w:basedOn w:val="DefaultParagraphFont"/>
    <w:link w:val="BodyText2"/>
    <w:uiPriority w:val="99"/>
    <w:qFormat/>
    <w:rsid w:val="00aa1d8d"/>
    <w:rPr/>
  </w:style>
  <w:style w:type="character" w:styleId="31" w:customStyle="1">
    <w:name w:val="Основной текст 3 Знак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Style10" w:customStyle="1">
    <w:name w:val="Текст макроса Знак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22" w:customStyle="1">
    <w:name w:val="Цитата 2 Знак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4" w:customStyle="1">
    <w:name w:val="Заголовок 4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Style11" w:customStyle="1">
    <w:name w:val="Выделенная цитата Знак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Style9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5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er">
    <w:name w:val="footer"/>
    <w:basedOn w:val="Normal"/>
    <w:link w:val="Style6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Style7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tyle8"/>
    <w:uiPriority w:val="11"/>
    <w:qFormat/>
    <w:rsid w:val="00fc693f"/>
    <w:pPr>
      <w:ind w:firstLine="283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left="720"/>
      <w:contextualSpacing/>
    </w:pPr>
    <w:rPr/>
  </w:style>
  <w:style w:type="paragraph" w:styleId="BodyText2">
    <w:name w:val="Body Text 2"/>
    <w:basedOn w:val="Normal"/>
    <w:link w:val="21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31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Style10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22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Style11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12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Style14" w:default="1">
    <w:name w:val="Без списка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LibreOffice/25.2.3.2$Linux_X86_64 LibreOffice_project/520$Build-2</Application>
  <AppVersion>15.0000</AppVersion>
  <Pages>3</Pages>
  <Words>555</Words>
  <Characters>3666</Characters>
  <CharactersWithSpaces>4151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2026-08-11T14:30:00Z</dcterms:created>
  <dc:creator>python-docx</dc:creator>
  <dc:description>generated by python-docx</dc:description>
  <dc:language>ru-RU</dc:language>
  <cp:lastModifiedBy/>
  <dcterms:modified xsi:type="dcterms:W3CDTF">2026-08-12T15:42:54Z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